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C2847" w14:textId="77777777" w:rsidR="00A72E53" w:rsidRPr="00A72E53" w:rsidRDefault="00A72E53" w:rsidP="00A72E53">
      <w:pPr>
        <w:tabs>
          <w:tab w:val="left" w:pos="567"/>
        </w:tabs>
        <w:spacing w:line="360" w:lineRule="auto"/>
        <w:jc w:val="center"/>
        <w:rPr>
          <w:b/>
          <w:sz w:val="32"/>
          <w:szCs w:val="32"/>
        </w:rPr>
      </w:pPr>
      <w:r w:rsidRPr="00A72E53">
        <w:rPr>
          <w:b/>
          <w:sz w:val="32"/>
          <w:szCs w:val="32"/>
        </w:rPr>
        <w:t>MACE Excellence Awards 2026</w:t>
      </w:r>
    </w:p>
    <w:p w14:paraId="4EA221CE" w14:textId="77777777" w:rsidR="00A72E53" w:rsidRPr="00A72E53" w:rsidRDefault="00A72E53" w:rsidP="00A72E53">
      <w:pPr>
        <w:tabs>
          <w:tab w:val="left" w:pos="567"/>
        </w:tabs>
        <w:spacing w:line="360" w:lineRule="auto"/>
        <w:jc w:val="center"/>
        <w:rPr>
          <w:b/>
          <w:sz w:val="32"/>
          <w:szCs w:val="32"/>
        </w:rPr>
      </w:pPr>
      <w:r w:rsidRPr="00A72E53">
        <w:rPr>
          <w:b/>
          <w:sz w:val="32"/>
          <w:szCs w:val="32"/>
        </w:rPr>
        <w:t>Division 1</w:t>
      </w:r>
    </w:p>
    <w:p w14:paraId="6F8FF05F" w14:textId="0B44F05A" w:rsidR="00433E8D" w:rsidRPr="00A72E53" w:rsidRDefault="00A72E53" w:rsidP="00A72E53">
      <w:pPr>
        <w:tabs>
          <w:tab w:val="left" w:pos="567"/>
        </w:tabs>
        <w:spacing w:line="360" w:lineRule="auto"/>
        <w:jc w:val="center"/>
        <w:rPr>
          <w:b/>
          <w:sz w:val="32"/>
          <w:szCs w:val="32"/>
        </w:rPr>
      </w:pPr>
      <w:r w:rsidRPr="00A72E53">
        <w:rPr>
          <w:b/>
          <w:sz w:val="32"/>
          <w:szCs w:val="32"/>
        </w:rPr>
        <w:t xml:space="preserve">Channel entry form </w:t>
      </w:r>
    </w:p>
    <w:p w14:paraId="504BB1CC" w14:textId="77777777" w:rsidR="00B40788" w:rsidRPr="00CC66AB" w:rsidRDefault="00B40788" w:rsidP="009B1791">
      <w:pPr>
        <w:tabs>
          <w:tab w:val="left" w:pos="567"/>
        </w:tabs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8" w:space="0" w:color="C7D5EA"/>
          <w:left w:val="single" w:sz="8" w:space="0" w:color="C7D5EA"/>
          <w:bottom w:val="single" w:sz="8" w:space="0" w:color="C7D5EA"/>
          <w:right w:val="single" w:sz="8" w:space="0" w:color="C7D5EA"/>
          <w:insideH w:val="single" w:sz="8" w:space="0" w:color="C7D5EA"/>
          <w:insideV w:val="single" w:sz="8" w:space="0" w:color="C7D5EA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978"/>
      </w:tblGrid>
      <w:tr w:rsidR="00B40788" w:rsidRPr="00A72E53" w14:paraId="6B0BBB85" w14:textId="77777777" w:rsidTr="009B1791">
        <w:trPr>
          <w:jc w:val="center"/>
        </w:trPr>
        <w:tc>
          <w:tcPr>
            <w:tcW w:w="9978" w:type="dxa"/>
            <w:shd w:val="clear" w:color="auto" w:fill="F2F2F2" w:themeFill="background1" w:themeFillShade="F2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36A0D220" w14:textId="523A1A03" w:rsidR="004810EE" w:rsidRPr="00FA191D" w:rsidRDefault="005A2CF0" w:rsidP="004810EE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</w:t>
            </w:r>
            <w:r w:rsidRPr="00FA191D">
              <w:rPr>
                <w:sz w:val="24"/>
                <w:szCs w:val="24"/>
              </w:rPr>
              <w:t xml:space="preserve">use </w:t>
            </w:r>
            <w:r w:rsidR="004810EE" w:rsidRPr="00FA191D">
              <w:rPr>
                <w:sz w:val="24"/>
                <w:szCs w:val="24"/>
              </w:rPr>
              <w:t xml:space="preserve">the Preparing for Excellence guide when completing this form. </w:t>
            </w:r>
            <w:r w:rsidR="004810EE">
              <w:rPr>
                <w:rFonts w:cs="Arial"/>
                <w:sz w:val="24"/>
                <w:szCs w:val="24"/>
              </w:rPr>
              <w:t>It</w:t>
            </w:r>
            <w:r w:rsidR="004810EE" w:rsidRPr="00A72E53">
              <w:rPr>
                <w:rFonts w:cs="Arial"/>
                <w:sz w:val="24"/>
                <w:szCs w:val="24"/>
              </w:rPr>
              <w:t xml:space="preserve"> specifies the content you are expected to provide under each heading of the work plan.</w:t>
            </w:r>
          </w:p>
          <w:p w14:paraId="52A9EA5E" w14:textId="5CE35851" w:rsidR="004810EE" w:rsidRPr="00FA191D" w:rsidRDefault="004810EE" w:rsidP="004810EE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 w:rsidRPr="00FA191D">
              <w:rPr>
                <w:sz w:val="24"/>
                <w:szCs w:val="24"/>
              </w:rPr>
              <w:t xml:space="preserve">Scores are </w:t>
            </w:r>
            <w:r w:rsidR="0037056D" w:rsidRPr="00FA191D">
              <w:rPr>
                <w:sz w:val="24"/>
                <w:szCs w:val="24"/>
              </w:rPr>
              <w:t>weigh</w:t>
            </w:r>
            <w:r w:rsidR="00D25675">
              <w:rPr>
                <w:sz w:val="24"/>
                <w:szCs w:val="24"/>
              </w:rPr>
              <w:t>t</w:t>
            </w:r>
            <w:r w:rsidR="0037056D" w:rsidRPr="00FA191D">
              <w:rPr>
                <w:sz w:val="24"/>
                <w:szCs w:val="24"/>
              </w:rPr>
              <w:t>ed</w:t>
            </w:r>
            <w:r w:rsidRPr="00FA191D"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50</w:t>
            </w:r>
            <w:r w:rsidRPr="00F84D1E">
              <w:rPr>
                <w:b/>
                <w:bCs/>
                <w:sz w:val="24"/>
                <w:szCs w:val="24"/>
              </w:rPr>
              <w:t>% for the work plan</w:t>
            </w:r>
            <w:r w:rsidRPr="00FA191D">
              <w:rPr>
                <w:sz w:val="24"/>
                <w:szCs w:val="24"/>
              </w:rPr>
              <w:t xml:space="preserve"> and </w:t>
            </w:r>
            <w:r>
              <w:rPr>
                <w:b/>
                <w:bCs/>
                <w:sz w:val="24"/>
                <w:szCs w:val="24"/>
              </w:rPr>
              <w:t>50</w:t>
            </w:r>
            <w:r w:rsidRPr="00F84D1E">
              <w:rPr>
                <w:b/>
                <w:bCs/>
                <w:sz w:val="24"/>
                <w:szCs w:val="24"/>
              </w:rPr>
              <w:t>% for the work sample</w:t>
            </w:r>
            <w:r w:rsidRPr="00FA191D">
              <w:rPr>
                <w:sz w:val="24"/>
                <w:szCs w:val="24"/>
              </w:rPr>
              <w:t xml:space="preserve">. </w:t>
            </w:r>
          </w:p>
          <w:p w14:paraId="5B9102B2" w14:textId="59D13653" w:rsidR="004810EE" w:rsidRDefault="004810EE" w:rsidP="004810EE">
            <w:pPr>
              <w:tabs>
                <w:tab w:val="left" w:pos="567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  <w:r w:rsidRPr="00FA191D">
              <w:rPr>
                <w:sz w:val="24"/>
                <w:szCs w:val="24"/>
              </w:rPr>
              <w:t xml:space="preserve">Keep the work plan to a maximum of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FA191D">
              <w:rPr>
                <w:b/>
                <w:bCs/>
                <w:sz w:val="24"/>
                <w:szCs w:val="24"/>
              </w:rPr>
              <w:t xml:space="preserve"> </w:t>
            </w:r>
            <w:r w:rsidR="00CC66AB">
              <w:rPr>
                <w:b/>
                <w:bCs/>
                <w:sz w:val="24"/>
                <w:szCs w:val="24"/>
              </w:rPr>
              <w:t xml:space="preserve">(three) </w:t>
            </w:r>
            <w:r w:rsidRPr="00FA191D">
              <w:rPr>
                <w:b/>
                <w:bCs/>
                <w:sz w:val="24"/>
                <w:szCs w:val="24"/>
              </w:rPr>
              <w:t>pages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  <w:p w14:paraId="00056BF8" w14:textId="6383EB98" w:rsidR="00433E8D" w:rsidRPr="00A72E53" w:rsidRDefault="004810EE" w:rsidP="004810EE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 w:rsidRPr="00A72E53">
              <w:rPr>
                <w:b/>
                <w:sz w:val="24"/>
                <w:szCs w:val="24"/>
              </w:rPr>
              <w:t xml:space="preserve">The tombstone information does not count toward the </w:t>
            </w:r>
            <w:r>
              <w:rPr>
                <w:b/>
                <w:sz w:val="24"/>
                <w:szCs w:val="24"/>
              </w:rPr>
              <w:t>3</w:t>
            </w:r>
            <w:r w:rsidRPr="00A72E53">
              <w:rPr>
                <w:b/>
                <w:sz w:val="24"/>
                <w:szCs w:val="24"/>
              </w:rPr>
              <w:t>-page work plan limit.</w:t>
            </w:r>
          </w:p>
        </w:tc>
      </w:tr>
    </w:tbl>
    <w:p w14:paraId="3C25C086" w14:textId="77777777" w:rsidR="00433E8D" w:rsidRDefault="00433E8D" w:rsidP="009B1791">
      <w:pPr>
        <w:tabs>
          <w:tab w:val="left" w:pos="567"/>
        </w:tabs>
      </w:pPr>
    </w:p>
    <w:p w14:paraId="524C4824" w14:textId="77777777" w:rsidR="00B40788" w:rsidRPr="00B40788" w:rsidRDefault="00B40788" w:rsidP="009B1791">
      <w:pPr>
        <w:tabs>
          <w:tab w:val="left" w:pos="567"/>
        </w:tabs>
      </w:pPr>
    </w:p>
    <w:p w14:paraId="0F57A8FA" w14:textId="248B6ADE" w:rsidR="00433E8D" w:rsidRPr="00B40788" w:rsidRDefault="00000000" w:rsidP="009B1791">
      <w:pPr>
        <w:tabs>
          <w:tab w:val="left" w:pos="567"/>
        </w:tabs>
      </w:pPr>
      <w:r w:rsidRPr="00B40788">
        <w:rPr>
          <w:b/>
          <w:sz w:val="25"/>
        </w:rPr>
        <w:t>1.</w:t>
      </w:r>
      <w:r w:rsidR="00A72E53">
        <w:rPr>
          <w:b/>
          <w:sz w:val="25"/>
        </w:rPr>
        <w:tab/>
      </w:r>
      <w:r w:rsidRPr="00B40788">
        <w:rPr>
          <w:b/>
          <w:sz w:val="25"/>
        </w:rPr>
        <w:t xml:space="preserve">Tombstone </w:t>
      </w:r>
      <w:r w:rsidR="00B40788" w:rsidRPr="00B40788">
        <w:rPr>
          <w:b/>
          <w:sz w:val="25"/>
        </w:rPr>
        <w:t>information</w:t>
      </w:r>
    </w:p>
    <w:tbl>
      <w:tblPr>
        <w:tblW w:w="0" w:type="auto"/>
        <w:jc w:val="center"/>
        <w:tblBorders>
          <w:top w:val="single" w:sz="6" w:space="0" w:color="D9DEE7"/>
          <w:left w:val="single" w:sz="6" w:space="0" w:color="D9DEE7"/>
          <w:bottom w:val="single" w:sz="6" w:space="0" w:color="D9DEE7"/>
          <w:right w:val="single" w:sz="6" w:space="0" w:color="D9DEE7"/>
          <w:insideH w:val="single" w:sz="6" w:space="0" w:color="D9DEE7"/>
          <w:insideV w:val="single" w:sz="6" w:space="0" w:color="D9DEE7"/>
        </w:tblBorders>
        <w:tblLayout w:type="fixed"/>
        <w:tblLook w:val="04A0" w:firstRow="1" w:lastRow="0" w:firstColumn="1" w:lastColumn="0" w:noHBand="0" w:noVBand="1"/>
      </w:tblPr>
      <w:tblGrid>
        <w:gridCol w:w="3458"/>
        <w:gridCol w:w="6293"/>
      </w:tblGrid>
      <w:tr w:rsidR="00B40788" w:rsidRPr="00B40788" w14:paraId="42CB5D31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0FA3F8F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Entry number (office use only)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B652865" w14:textId="5868FB1E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7C4897CD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EC30AFA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Category number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B88DB0E" w14:textId="1C203FF2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4CC4B233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7F48D16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Category name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BD530FA" w14:textId="1C41EF5F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474B8FC4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0F51E07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Institution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68DC1AB" w14:textId="2888DBCA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00BB4AF2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8D73974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Name of entrant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3C3FC85" w14:textId="2564AAC7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5AE2A2F1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C36C41D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Team members (if team effort)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C0E47BB" w14:textId="21F85854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59B3B939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391DD27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Function / department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DDE06B2" w14:textId="4F6165A8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1DCF46E5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ED5A263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Job title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4C39245" w14:textId="6685C162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4E28C293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3DF9343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Timeline of project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321438A" w14:textId="3458C743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5C6C619D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CBD5926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Name of entry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711AED1" w14:textId="4CE11614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0E9FA407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4E9AE22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Email address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3CA2FFB" w14:textId="7218D4B4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46825414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1D644CFA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Mobile number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BE9E1A5" w14:textId="3DA4FC9F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1C73A6" w:rsidRPr="00B40788" w14:paraId="00CBE732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B8327C9" w14:textId="2B116BDB" w:rsidR="001C73A6" w:rsidRPr="00B40788" w:rsidRDefault="001C73A6" w:rsidP="001C73A6">
            <w:pPr>
              <w:tabs>
                <w:tab w:val="left" w:pos="567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URL and passwords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19A200A" w14:textId="77777777" w:rsidR="001C73A6" w:rsidRPr="00B40788" w:rsidRDefault="001C73A6" w:rsidP="001C73A6">
            <w:pPr>
              <w:tabs>
                <w:tab w:val="left" w:pos="567"/>
              </w:tabs>
              <w:rPr>
                <w:szCs w:val="20"/>
              </w:rPr>
            </w:pPr>
          </w:p>
        </w:tc>
      </w:tr>
    </w:tbl>
    <w:p w14:paraId="7FEB2DA7" w14:textId="77777777" w:rsidR="00B40788" w:rsidRPr="00B40788" w:rsidRDefault="00B40788" w:rsidP="009B1791">
      <w:pPr>
        <w:tabs>
          <w:tab w:val="left" w:pos="567"/>
        </w:tabs>
      </w:pPr>
    </w:p>
    <w:p w14:paraId="7611ED53" w14:textId="28CA7893" w:rsidR="00B40788" w:rsidRPr="00B40788" w:rsidRDefault="00B40788" w:rsidP="009B1791">
      <w:pPr>
        <w:tabs>
          <w:tab w:val="left" w:pos="567"/>
        </w:tabs>
      </w:pPr>
      <w:r w:rsidRPr="00B40788">
        <w:br w:type="page"/>
      </w:r>
    </w:p>
    <w:p w14:paraId="10E054A4" w14:textId="5D0B7FF9" w:rsidR="00433E8D" w:rsidRPr="00AA7A32" w:rsidRDefault="00000000" w:rsidP="009B1791">
      <w:pPr>
        <w:tabs>
          <w:tab w:val="left" w:pos="567"/>
        </w:tabs>
        <w:rPr>
          <w:sz w:val="24"/>
          <w:szCs w:val="24"/>
        </w:rPr>
      </w:pPr>
      <w:r w:rsidRPr="00AA7A32">
        <w:rPr>
          <w:b/>
          <w:sz w:val="24"/>
          <w:szCs w:val="24"/>
        </w:rPr>
        <w:lastRenderedPageBreak/>
        <w:t>2.</w:t>
      </w:r>
      <w:r w:rsidR="009B1791" w:rsidRPr="00AA7A32">
        <w:rPr>
          <w:b/>
          <w:sz w:val="24"/>
          <w:szCs w:val="24"/>
        </w:rPr>
        <w:tab/>
      </w:r>
      <w:r w:rsidRPr="00AA7A32">
        <w:rPr>
          <w:b/>
          <w:sz w:val="24"/>
          <w:szCs w:val="24"/>
        </w:rPr>
        <w:t xml:space="preserve">Work </w:t>
      </w:r>
      <w:r w:rsidR="00B40788" w:rsidRPr="00AA7A32">
        <w:rPr>
          <w:b/>
          <w:sz w:val="24"/>
          <w:szCs w:val="24"/>
        </w:rPr>
        <w:t>plan</w:t>
      </w:r>
    </w:p>
    <w:p w14:paraId="3945E3EC" w14:textId="0D5EC78C" w:rsidR="00505897" w:rsidRPr="00AA7A32" w:rsidRDefault="00505897" w:rsidP="009B1791">
      <w:pPr>
        <w:tabs>
          <w:tab w:val="left" w:pos="567"/>
        </w:tabs>
        <w:rPr>
          <w:szCs w:val="20"/>
        </w:rPr>
      </w:pPr>
    </w:p>
    <w:p w14:paraId="0BCAD86E" w14:textId="5213C79E" w:rsidR="00433E8D" w:rsidRPr="00AA7A32" w:rsidRDefault="00505897" w:rsidP="009B1791">
      <w:pPr>
        <w:tabs>
          <w:tab w:val="left" w:pos="567"/>
        </w:tabs>
        <w:rPr>
          <w:szCs w:val="20"/>
        </w:rPr>
      </w:pPr>
      <w:r w:rsidRPr="00AA7A32">
        <w:rPr>
          <w:b/>
          <w:szCs w:val="20"/>
        </w:rPr>
        <w:t>2.1</w:t>
      </w:r>
      <w:r w:rsidR="009B1791" w:rsidRPr="00AA7A32">
        <w:rPr>
          <w:b/>
          <w:szCs w:val="20"/>
        </w:rPr>
        <w:tab/>
      </w:r>
      <w:r w:rsidRPr="00AA7A32">
        <w:rPr>
          <w:b/>
          <w:szCs w:val="20"/>
        </w:rPr>
        <w:t>Background</w:t>
      </w:r>
    </w:p>
    <w:p w14:paraId="686DBF2E" w14:textId="77777777" w:rsidR="00505897" w:rsidRPr="00AA7A32" w:rsidRDefault="00505897" w:rsidP="009B1791">
      <w:pPr>
        <w:tabs>
          <w:tab w:val="left" w:pos="567"/>
        </w:tabs>
        <w:rPr>
          <w:szCs w:val="20"/>
        </w:rPr>
      </w:pPr>
    </w:p>
    <w:p w14:paraId="34503B7E" w14:textId="77777777" w:rsidR="00505897" w:rsidRPr="00AA7A32" w:rsidRDefault="00505897" w:rsidP="009B1791">
      <w:pPr>
        <w:tabs>
          <w:tab w:val="left" w:pos="567"/>
        </w:tabs>
        <w:rPr>
          <w:szCs w:val="20"/>
        </w:rPr>
      </w:pPr>
    </w:p>
    <w:p w14:paraId="7F98B397" w14:textId="77777777" w:rsidR="00505897" w:rsidRPr="00AA7A32" w:rsidRDefault="00505897" w:rsidP="009B1791">
      <w:pPr>
        <w:tabs>
          <w:tab w:val="left" w:pos="567"/>
        </w:tabs>
        <w:rPr>
          <w:szCs w:val="20"/>
        </w:rPr>
      </w:pPr>
    </w:p>
    <w:p w14:paraId="1437850A" w14:textId="48B13A3B" w:rsidR="00433E8D" w:rsidRPr="00AA7A32" w:rsidRDefault="00505897" w:rsidP="009B1791">
      <w:pPr>
        <w:tabs>
          <w:tab w:val="left" w:pos="567"/>
        </w:tabs>
        <w:rPr>
          <w:szCs w:val="20"/>
        </w:rPr>
      </w:pPr>
      <w:r w:rsidRPr="00AA7A32">
        <w:rPr>
          <w:b/>
          <w:szCs w:val="20"/>
        </w:rPr>
        <w:t>2.2</w:t>
      </w:r>
      <w:r w:rsidR="009B1791" w:rsidRPr="00AA7A32">
        <w:rPr>
          <w:b/>
          <w:szCs w:val="20"/>
        </w:rPr>
        <w:tab/>
      </w:r>
      <w:r w:rsidRPr="00AA7A32">
        <w:rPr>
          <w:b/>
          <w:szCs w:val="20"/>
        </w:rPr>
        <w:t>The need for the project</w:t>
      </w:r>
    </w:p>
    <w:p w14:paraId="2098D653" w14:textId="77777777" w:rsidR="00505897" w:rsidRPr="00AA7A32" w:rsidRDefault="00505897" w:rsidP="009B1791">
      <w:pPr>
        <w:tabs>
          <w:tab w:val="left" w:pos="567"/>
        </w:tabs>
        <w:rPr>
          <w:szCs w:val="20"/>
        </w:rPr>
      </w:pPr>
    </w:p>
    <w:p w14:paraId="4B0E5A44" w14:textId="77777777" w:rsidR="00505897" w:rsidRPr="00AA7A32" w:rsidRDefault="00505897" w:rsidP="009B1791">
      <w:pPr>
        <w:tabs>
          <w:tab w:val="left" w:pos="567"/>
        </w:tabs>
        <w:rPr>
          <w:szCs w:val="20"/>
        </w:rPr>
      </w:pPr>
    </w:p>
    <w:p w14:paraId="187198AD" w14:textId="77777777" w:rsidR="00505897" w:rsidRPr="00AA7A32" w:rsidRDefault="00505897" w:rsidP="009B1791">
      <w:pPr>
        <w:tabs>
          <w:tab w:val="left" w:pos="567"/>
        </w:tabs>
        <w:rPr>
          <w:szCs w:val="20"/>
        </w:rPr>
      </w:pPr>
    </w:p>
    <w:p w14:paraId="5D30C3CB" w14:textId="5BDDDE99" w:rsidR="00433E8D" w:rsidRPr="00AA7A32" w:rsidRDefault="00505897" w:rsidP="009B1791">
      <w:pPr>
        <w:tabs>
          <w:tab w:val="left" w:pos="567"/>
        </w:tabs>
        <w:rPr>
          <w:szCs w:val="20"/>
        </w:rPr>
      </w:pPr>
      <w:r w:rsidRPr="00AA7A32">
        <w:rPr>
          <w:b/>
          <w:szCs w:val="20"/>
        </w:rPr>
        <w:t>2.3</w:t>
      </w:r>
      <w:r w:rsidR="009B1791" w:rsidRPr="00AA7A32">
        <w:rPr>
          <w:b/>
          <w:szCs w:val="20"/>
        </w:rPr>
        <w:tab/>
      </w:r>
      <w:r w:rsidRPr="00AA7A32">
        <w:rPr>
          <w:b/>
          <w:szCs w:val="20"/>
        </w:rPr>
        <w:t>Target audience</w:t>
      </w:r>
    </w:p>
    <w:p w14:paraId="53E55D92" w14:textId="77777777" w:rsidR="00505897" w:rsidRPr="00AA7A32" w:rsidRDefault="00505897" w:rsidP="009B1791">
      <w:pPr>
        <w:tabs>
          <w:tab w:val="left" w:pos="567"/>
        </w:tabs>
        <w:rPr>
          <w:szCs w:val="20"/>
        </w:rPr>
      </w:pPr>
    </w:p>
    <w:p w14:paraId="1D9BC565" w14:textId="77777777" w:rsidR="00505897" w:rsidRPr="00AA7A32" w:rsidRDefault="00505897" w:rsidP="009B1791">
      <w:pPr>
        <w:tabs>
          <w:tab w:val="left" w:pos="567"/>
        </w:tabs>
        <w:rPr>
          <w:szCs w:val="20"/>
        </w:rPr>
      </w:pPr>
    </w:p>
    <w:p w14:paraId="789684D2" w14:textId="77777777" w:rsidR="00505897" w:rsidRPr="00AA7A32" w:rsidRDefault="00505897" w:rsidP="009B1791">
      <w:pPr>
        <w:tabs>
          <w:tab w:val="left" w:pos="567"/>
        </w:tabs>
        <w:rPr>
          <w:szCs w:val="20"/>
        </w:rPr>
      </w:pPr>
    </w:p>
    <w:p w14:paraId="66F3F82A" w14:textId="69B18A7E" w:rsidR="00433E8D" w:rsidRPr="00AA7A32" w:rsidRDefault="00505897" w:rsidP="009B1791">
      <w:pPr>
        <w:tabs>
          <w:tab w:val="left" w:pos="567"/>
        </w:tabs>
        <w:rPr>
          <w:szCs w:val="20"/>
        </w:rPr>
      </w:pPr>
      <w:r w:rsidRPr="00AA7A32">
        <w:rPr>
          <w:b/>
          <w:szCs w:val="20"/>
        </w:rPr>
        <w:t>2.4</w:t>
      </w:r>
      <w:r w:rsidR="009B1791" w:rsidRPr="00AA7A32">
        <w:rPr>
          <w:b/>
          <w:szCs w:val="20"/>
        </w:rPr>
        <w:tab/>
      </w:r>
      <w:r w:rsidRPr="00AA7A32">
        <w:rPr>
          <w:b/>
          <w:szCs w:val="20"/>
        </w:rPr>
        <w:t>Goal and objectives</w:t>
      </w:r>
    </w:p>
    <w:p w14:paraId="10F1A022" w14:textId="77777777" w:rsidR="00433E8D" w:rsidRPr="00AA7A32" w:rsidRDefault="00433E8D" w:rsidP="009B1791">
      <w:pPr>
        <w:tabs>
          <w:tab w:val="left" w:pos="567"/>
        </w:tabs>
        <w:rPr>
          <w:szCs w:val="20"/>
        </w:rPr>
      </w:pPr>
    </w:p>
    <w:p w14:paraId="47C2379C" w14:textId="77777777" w:rsidR="00505897" w:rsidRPr="00AA7A32" w:rsidRDefault="00505897" w:rsidP="009B1791">
      <w:pPr>
        <w:tabs>
          <w:tab w:val="left" w:pos="567"/>
        </w:tabs>
        <w:rPr>
          <w:szCs w:val="20"/>
        </w:rPr>
      </w:pPr>
    </w:p>
    <w:p w14:paraId="5B464BB6" w14:textId="77777777" w:rsidR="00505897" w:rsidRPr="00AA7A32" w:rsidRDefault="00505897" w:rsidP="009B1791">
      <w:pPr>
        <w:tabs>
          <w:tab w:val="left" w:pos="567"/>
        </w:tabs>
        <w:rPr>
          <w:szCs w:val="20"/>
        </w:rPr>
      </w:pPr>
    </w:p>
    <w:p w14:paraId="2098FBCA" w14:textId="5B1AE7BA" w:rsidR="00433E8D" w:rsidRPr="00AA7A32" w:rsidRDefault="00505897" w:rsidP="009B1791">
      <w:pPr>
        <w:tabs>
          <w:tab w:val="left" w:pos="567"/>
        </w:tabs>
        <w:rPr>
          <w:szCs w:val="20"/>
        </w:rPr>
      </w:pPr>
      <w:r w:rsidRPr="00AA7A32">
        <w:rPr>
          <w:b/>
          <w:szCs w:val="20"/>
        </w:rPr>
        <w:t>2.5</w:t>
      </w:r>
      <w:r w:rsidR="009B1791" w:rsidRPr="00AA7A32">
        <w:rPr>
          <w:b/>
          <w:szCs w:val="20"/>
        </w:rPr>
        <w:tab/>
      </w:r>
      <w:r w:rsidRPr="00AA7A32">
        <w:rPr>
          <w:b/>
          <w:szCs w:val="20"/>
        </w:rPr>
        <w:t>The strategic approach</w:t>
      </w:r>
    </w:p>
    <w:p w14:paraId="0C625460" w14:textId="77777777" w:rsidR="00433E8D" w:rsidRPr="00AA7A32" w:rsidRDefault="00433E8D" w:rsidP="009B1791">
      <w:pPr>
        <w:tabs>
          <w:tab w:val="left" w:pos="567"/>
        </w:tabs>
        <w:rPr>
          <w:szCs w:val="20"/>
        </w:rPr>
      </w:pPr>
    </w:p>
    <w:p w14:paraId="55AD96CD" w14:textId="77777777" w:rsidR="009B1791" w:rsidRPr="00AA7A32" w:rsidRDefault="009B1791" w:rsidP="009B1791">
      <w:pPr>
        <w:tabs>
          <w:tab w:val="left" w:pos="567"/>
        </w:tabs>
        <w:rPr>
          <w:szCs w:val="20"/>
        </w:rPr>
      </w:pPr>
    </w:p>
    <w:p w14:paraId="57BC13DA" w14:textId="77777777" w:rsidR="00505897" w:rsidRPr="00AA7A32" w:rsidRDefault="00505897" w:rsidP="009B1791">
      <w:pPr>
        <w:tabs>
          <w:tab w:val="left" w:pos="567"/>
        </w:tabs>
        <w:rPr>
          <w:szCs w:val="20"/>
        </w:rPr>
      </w:pPr>
    </w:p>
    <w:p w14:paraId="334BA358" w14:textId="3238B040" w:rsidR="00433E8D" w:rsidRPr="00AA7A32" w:rsidRDefault="00505897" w:rsidP="009B1791">
      <w:pPr>
        <w:tabs>
          <w:tab w:val="left" w:pos="567"/>
        </w:tabs>
        <w:rPr>
          <w:szCs w:val="20"/>
        </w:rPr>
      </w:pPr>
      <w:r w:rsidRPr="00AA7A32">
        <w:rPr>
          <w:b/>
          <w:szCs w:val="20"/>
        </w:rPr>
        <w:t>2.6</w:t>
      </w:r>
      <w:r w:rsidR="009B1791" w:rsidRPr="00AA7A32">
        <w:rPr>
          <w:b/>
          <w:szCs w:val="20"/>
        </w:rPr>
        <w:tab/>
      </w:r>
      <w:r w:rsidRPr="00AA7A32">
        <w:rPr>
          <w:b/>
          <w:szCs w:val="20"/>
        </w:rPr>
        <w:t>Project implementation</w:t>
      </w:r>
    </w:p>
    <w:p w14:paraId="6FCF5C52" w14:textId="77777777" w:rsidR="00433E8D" w:rsidRPr="00AA7A32" w:rsidRDefault="00433E8D" w:rsidP="009B1791">
      <w:pPr>
        <w:tabs>
          <w:tab w:val="left" w:pos="567"/>
        </w:tabs>
        <w:rPr>
          <w:szCs w:val="20"/>
        </w:rPr>
      </w:pPr>
    </w:p>
    <w:p w14:paraId="2A03D908" w14:textId="77777777" w:rsidR="00505897" w:rsidRPr="00AA7A32" w:rsidRDefault="00505897" w:rsidP="009B1791">
      <w:pPr>
        <w:tabs>
          <w:tab w:val="left" w:pos="567"/>
        </w:tabs>
        <w:rPr>
          <w:szCs w:val="20"/>
        </w:rPr>
      </w:pPr>
    </w:p>
    <w:p w14:paraId="3F6E97C2" w14:textId="77777777" w:rsidR="00505897" w:rsidRPr="00AA7A32" w:rsidRDefault="00505897" w:rsidP="009B1791">
      <w:pPr>
        <w:tabs>
          <w:tab w:val="left" w:pos="567"/>
        </w:tabs>
        <w:rPr>
          <w:szCs w:val="20"/>
        </w:rPr>
      </w:pPr>
    </w:p>
    <w:p w14:paraId="0115B8FE" w14:textId="43CE4D62" w:rsidR="00433E8D" w:rsidRPr="00AA7A32" w:rsidRDefault="00505897" w:rsidP="009B1791">
      <w:pPr>
        <w:tabs>
          <w:tab w:val="left" w:pos="567"/>
        </w:tabs>
        <w:rPr>
          <w:szCs w:val="20"/>
        </w:rPr>
      </w:pPr>
      <w:r w:rsidRPr="00AA7A32">
        <w:rPr>
          <w:b/>
          <w:szCs w:val="20"/>
        </w:rPr>
        <w:t>2.7</w:t>
      </w:r>
      <w:r w:rsidR="008D1725" w:rsidRPr="00AA7A32">
        <w:rPr>
          <w:b/>
          <w:szCs w:val="20"/>
        </w:rPr>
        <w:tab/>
      </w:r>
      <w:r w:rsidRPr="00AA7A32">
        <w:rPr>
          <w:b/>
          <w:szCs w:val="20"/>
        </w:rPr>
        <w:t>Measurement and evaluation</w:t>
      </w:r>
    </w:p>
    <w:p w14:paraId="39669DD9" w14:textId="279CCFAF" w:rsidR="00433E8D" w:rsidRPr="00AA7A32" w:rsidRDefault="00433E8D" w:rsidP="009B1791">
      <w:pPr>
        <w:tabs>
          <w:tab w:val="left" w:pos="567"/>
        </w:tabs>
        <w:rPr>
          <w:szCs w:val="20"/>
        </w:rPr>
      </w:pPr>
    </w:p>
    <w:p w14:paraId="1BB54FFA" w14:textId="77777777" w:rsidR="00505897" w:rsidRPr="00AA7A32" w:rsidRDefault="00505897" w:rsidP="009B1791">
      <w:pPr>
        <w:tabs>
          <w:tab w:val="left" w:pos="567"/>
        </w:tabs>
        <w:rPr>
          <w:szCs w:val="20"/>
        </w:rPr>
      </w:pPr>
    </w:p>
    <w:p w14:paraId="7C91C5E6" w14:textId="77777777" w:rsidR="00505897" w:rsidRPr="00AA7A32" w:rsidRDefault="00505897" w:rsidP="009B1791">
      <w:pPr>
        <w:tabs>
          <w:tab w:val="left" w:pos="567"/>
        </w:tabs>
        <w:rPr>
          <w:szCs w:val="20"/>
        </w:rPr>
      </w:pPr>
    </w:p>
    <w:p w14:paraId="594AF55C" w14:textId="77777777" w:rsidR="00AA7A32" w:rsidRPr="00854114" w:rsidRDefault="00505897" w:rsidP="00AA7A32">
      <w:pPr>
        <w:tabs>
          <w:tab w:val="left" w:pos="567"/>
        </w:tabs>
        <w:rPr>
          <w:sz w:val="24"/>
          <w:szCs w:val="24"/>
        </w:rPr>
      </w:pPr>
      <w:r>
        <w:br w:type="page"/>
      </w:r>
      <w:r w:rsidR="00AA7A32" w:rsidRPr="00854114">
        <w:rPr>
          <w:b/>
          <w:sz w:val="24"/>
          <w:szCs w:val="24"/>
        </w:rPr>
        <w:lastRenderedPageBreak/>
        <w:t>3.</w:t>
      </w:r>
      <w:r w:rsidR="00AA7A32" w:rsidRPr="00854114">
        <w:rPr>
          <w:b/>
          <w:sz w:val="24"/>
          <w:szCs w:val="24"/>
        </w:rPr>
        <w:tab/>
        <w:t>Work sample</w:t>
      </w:r>
    </w:p>
    <w:p w14:paraId="2BB3B1AD" w14:textId="77777777" w:rsidR="00AA7A32" w:rsidRDefault="00AA7A32" w:rsidP="00AA7A32">
      <w:pPr>
        <w:tabs>
          <w:tab w:val="left" w:pos="567"/>
        </w:tabs>
      </w:pPr>
    </w:p>
    <w:p w14:paraId="27B3F8DD" w14:textId="77777777" w:rsidR="00AA7A32" w:rsidRDefault="00AA7A32" w:rsidP="00AA7A32">
      <w:pPr>
        <w:tabs>
          <w:tab w:val="left" w:pos="567"/>
        </w:tabs>
      </w:pPr>
      <w:r w:rsidRPr="00B40788">
        <w:t>You may include up to 5 examples, including supporting material such as research, links, visuals, or campaign collateral.</w:t>
      </w:r>
    </w:p>
    <w:p w14:paraId="3E5F06E9" w14:textId="77777777" w:rsidR="00AA7A32" w:rsidRDefault="00AA7A32" w:rsidP="00AA7A32">
      <w:pPr>
        <w:tabs>
          <w:tab w:val="left" w:pos="567"/>
        </w:tabs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562"/>
        <w:gridCol w:w="4749"/>
        <w:gridCol w:w="4749"/>
      </w:tblGrid>
      <w:tr w:rsidR="00AA7A32" w:rsidRPr="00C133D7" w14:paraId="3025DE70" w14:textId="77777777" w:rsidTr="005A2CF0"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E98DD34" w14:textId="77777777" w:rsidR="00AA7A32" w:rsidRPr="00C133D7" w:rsidRDefault="00AA7A32" w:rsidP="0023007B">
            <w:pPr>
              <w:tabs>
                <w:tab w:val="left" w:pos="567"/>
              </w:tabs>
              <w:spacing w:before="60" w:after="60"/>
              <w:rPr>
                <w:b/>
                <w:bCs/>
                <w:szCs w:val="20"/>
              </w:rPr>
            </w:pPr>
            <w:r w:rsidRPr="00C133D7">
              <w:rPr>
                <w:b/>
                <w:bCs/>
                <w:szCs w:val="20"/>
              </w:rPr>
              <w:t>No.</w:t>
            </w:r>
          </w:p>
        </w:tc>
        <w:tc>
          <w:tcPr>
            <w:tcW w:w="4749" w:type="dxa"/>
            <w:shd w:val="clear" w:color="auto" w:fill="D9D9D9" w:themeFill="background1" w:themeFillShade="D9"/>
            <w:vAlign w:val="center"/>
          </w:tcPr>
          <w:p w14:paraId="296AF573" w14:textId="77777777" w:rsidR="00AA7A32" w:rsidRPr="00C133D7" w:rsidRDefault="00AA7A32" w:rsidP="0023007B">
            <w:pPr>
              <w:tabs>
                <w:tab w:val="left" w:pos="567"/>
              </w:tabs>
              <w:spacing w:before="60" w:after="60"/>
              <w:rPr>
                <w:b/>
                <w:bCs/>
                <w:szCs w:val="20"/>
              </w:rPr>
            </w:pPr>
            <w:r w:rsidRPr="00C133D7">
              <w:rPr>
                <w:b/>
                <w:bCs/>
                <w:szCs w:val="20"/>
              </w:rPr>
              <w:t>Element included in the work sample</w:t>
            </w:r>
          </w:p>
        </w:tc>
        <w:tc>
          <w:tcPr>
            <w:tcW w:w="4749" w:type="dxa"/>
            <w:shd w:val="clear" w:color="auto" w:fill="D9D9D9" w:themeFill="background1" w:themeFillShade="D9"/>
            <w:vAlign w:val="center"/>
          </w:tcPr>
          <w:p w14:paraId="0757034A" w14:textId="77777777" w:rsidR="00AA7A32" w:rsidRPr="00C133D7" w:rsidRDefault="00AA7A32" w:rsidP="0023007B">
            <w:pPr>
              <w:tabs>
                <w:tab w:val="left" w:pos="567"/>
              </w:tabs>
              <w:spacing w:before="60" w:after="60"/>
              <w:jc w:val="center"/>
              <w:rPr>
                <w:b/>
                <w:bCs/>
                <w:szCs w:val="20"/>
              </w:rPr>
            </w:pPr>
            <w:r w:rsidRPr="00CB1E03">
              <w:rPr>
                <w:rFonts w:cs="Arial"/>
                <w:b/>
                <w:bCs/>
                <w:color w:val="000000"/>
              </w:rPr>
              <w:t>Nature of the element, e.g. URL provided or photograph</w:t>
            </w:r>
          </w:p>
        </w:tc>
      </w:tr>
      <w:tr w:rsidR="00AA7A32" w:rsidRPr="00C133D7" w14:paraId="23EC7F6B" w14:textId="77777777" w:rsidTr="005A2CF0">
        <w:tc>
          <w:tcPr>
            <w:tcW w:w="562" w:type="dxa"/>
            <w:vAlign w:val="center"/>
          </w:tcPr>
          <w:p w14:paraId="37D33D23" w14:textId="77777777" w:rsidR="00AA7A32" w:rsidRPr="00F80172" w:rsidRDefault="00AA7A32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  <w:r w:rsidRPr="00F80172">
              <w:rPr>
                <w:szCs w:val="20"/>
              </w:rPr>
              <w:t>1.</w:t>
            </w:r>
          </w:p>
        </w:tc>
        <w:tc>
          <w:tcPr>
            <w:tcW w:w="4749" w:type="dxa"/>
            <w:vAlign w:val="center"/>
          </w:tcPr>
          <w:p w14:paraId="3DDD485F" w14:textId="77777777" w:rsidR="00AA7A32" w:rsidRPr="003B54B6" w:rsidRDefault="00AA7A32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  <w:tc>
          <w:tcPr>
            <w:tcW w:w="4749" w:type="dxa"/>
            <w:vAlign w:val="center"/>
          </w:tcPr>
          <w:p w14:paraId="6D2E4A7D" w14:textId="77777777" w:rsidR="00AA7A32" w:rsidRPr="003B54B6" w:rsidRDefault="00AA7A32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</w:tr>
      <w:tr w:rsidR="00AA7A32" w:rsidRPr="00C133D7" w14:paraId="72D81D2A" w14:textId="77777777" w:rsidTr="005A2CF0">
        <w:tc>
          <w:tcPr>
            <w:tcW w:w="562" w:type="dxa"/>
            <w:vAlign w:val="center"/>
          </w:tcPr>
          <w:p w14:paraId="42E0F5D3" w14:textId="77777777" w:rsidR="00AA7A32" w:rsidRPr="00F80172" w:rsidRDefault="00AA7A32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  <w:r w:rsidRPr="00F80172">
              <w:rPr>
                <w:szCs w:val="20"/>
              </w:rPr>
              <w:t>2.</w:t>
            </w:r>
          </w:p>
        </w:tc>
        <w:tc>
          <w:tcPr>
            <w:tcW w:w="4749" w:type="dxa"/>
            <w:vAlign w:val="center"/>
          </w:tcPr>
          <w:p w14:paraId="4B438435" w14:textId="77777777" w:rsidR="00AA7A32" w:rsidRPr="003B54B6" w:rsidRDefault="00AA7A32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  <w:tc>
          <w:tcPr>
            <w:tcW w:w="4749" w:type="dxa"/>
            <w:vAlign w:val="center"/>
          </w:tcPr>
          <w:p w14:paraId="7833B5F3" w14:textId="77777777" w:rsidR="00AA7A32" w:rsidRPr="003B54B6" w:rsidRDefault="00AA7A32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</w:tr>
      <w:tr w:rsidR="00AA7A32" w:rsidRPr="00C133D7" w14:paraId="0D740588" w14:textId="77777777" w:rsidTr="005A2CF0">
        <w:tc>
          <w:tcPr>
            <w:tcW w:w="562" w:type="dxa"/>
            <w:vAlign w:val="center"/>
          </w:tcPr>
          <w:p w14:paraId="67E3D80E" w14:textId="77777777" w:rsidR="00AA7A32" w:rsidRPr="00F80172" w:rsidRDefault="00AA7A32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  <w:r w:rsidRPr="00F80172">
              <w:rPr>
                <w:szCs w:val="20"/>
              </w:rPr>
              <w:t>3.</w:t>
            </w:r>
          </w:p>
        </w:tc>
        <w:tc>
          <w:tcPr>
            <w:tcW w:w="4749" w:type="dxa"/>
            <w:vAlign w:val="center"/>
          </w:tcPr>
          <w:p w14:paraId="2AE47E68" w14:textId="77777777" w:rsidR="00AA7A32" w:rsidRPr="003B54B6" w:rsidRDefault="00AA7A32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  <w:tc>
          <w:tcPr>
            <w:tcW w:w="4749" w:type="dxa"/>
            <w:vAlign w:val="center"/>
          </w:tcPr>
          <w:p w14:paraId="1AD23626" w14:textId="77777777" w:rsidR="00AA7A32" w:rsidRPr="003B54B6" w:rsidRDefault="00AA7A32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</w:tr>
      <w:tr w:rsidR="00AA7A32" w:rsidRPr="00C133D7" w14:paraId="5D36318C" w14:textId="77777777" w:rsidTr="005A2CF0">
        <w:tc>
          <w:tcPr>
            <w:tcW w:w="562" w:type="dxa"/>
            <w:vAlign w:val="center"/>
          </w:tcPr>
          <w:p w14:paraId="3704EEF3" w14:textId="77777777" w:rsidR="00AA7A32" w:rsidRPr="00F80172" w:rsidRDefault="00AA7A32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  <w:r w:rsidRPr="00F80172">
              <w:rPr>
                <w:szCs w:val="20"/>
              </w:rPr>
              <w:t>4.</w:t>
            </w:r>
          </w:p>
        </w:tc>
        <w:tc>
          <w:tcPr>
            <w:tcW w:w="4749" w:type="dxa"/>
            <w:vAlign w:val="center"/>
          </w:tcPr>
          <w:p w14:paraId="534FB120" w14:textId="77777777" w:rsidR="00AA7A32" w:rsidRPr="003B54B6" w:rsidRDefault="00AA7A32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  <w:tc>
          <w:tcPr>
            <w:tcW w:w="4749" w:type="dxa"/>
            <w:vAlign w:val="center"/>
          </w:tcPr>
          <w:p w14:paraId="334AF217" w14:textId="77777777" w:rsidR="00AA7A32" w:rsidRPr="003B54B6" w:rsidRDefault="00AA7A32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</w:tr>
      <w:tr w:rsidR="00AA7A32" w:rsidRPr="00C133D7" w14:paraId="7DB099A4" w14:textId="77777777" w:rsidTr="005A2CF0">
        <w:tc>
          <w:tcPr>
            <w:tcW w:w="562" w:type="dxa"/>
            <w:vAlign w:val="center"/>
          </w:tcPr>
          <w:p w14:paraId="0317B5DC" w14:textId="77777777" w:rsidR="00AA7A32" w:rsidRPr="00F80172" w:rsidRDefault="00AA7A32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  <w:r w:rsidRPr="00F80172">
              <w:rPr>
                <w:szCs w:val="20"/>
              </w:rPr>
              <w:t>5.</w:t>
            </w:r>
          </w:p>
        </w:tc>
        <w:tc>
          <w:tcPr>
            <w:tcW w:w="4749" w:type="dxa"/>
            <w:vAlign w:val="center"/>
          </w:tcPr>
          <w:p w14:paraId="3FA85EE9" w14:textId="77777777" w:rsidR="00AA7A32" w:rsidRPr="003B54B6" w:rsidRDefault="00AA7A32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  <w:tc>
          <w:tcPr>
            <w:tcW w:w="4749" w:type="dxa"/>
            <w:vAlign w:val="center"/>
          </w:tcPr>
          <w:p w14:paraId="394DEE02" w14:textId="77777777" w:rsidR="00AA7A32" w:rsidRPr="003B54B6" w:rsidRDefault="00AA7A32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</w:tr>
    </w:tbl>
    <w:p w14:paraId="7B031D63" w14:textId="77777777" w:rsidR="00AA7A32" w:rsidRDefault="00AA7A32" w:rsidP="00AA7A32">
      <w:pPr>
        <w:tabs>
          <w:tab w:val="left" w:pos="567"/>
        </w:tabs>
      </w:pPr>
    </w:p>
    <w:p w14:paraId="418B6610" w14:textId="77777777" w:rsidR="00AA7A32" w:rsidRPr="00B40788" w:rsidRDefault="00AA7A32" w:rsidP="00AA7A32">
      <w:pPr>
        <w:tabs>
          <w:tab w:val="left" w:pos="567"/>
        </w:tabs>
      </w:pPr>
    </w:p>
    <w:p w14:paraId="1BD73A79" w14:textId="77777777" w:rsidR="00AA7A32" w:rsidRDefault="00AA7A32" w:rsidP="00AA7A32">
      <w:pPr>
        <w:tabs>
          <w:tab w:val="left" w:pos="567"/>
        </w:tabs>
        <w:rPr>
          <w:b/>
          <w:sz w:val="24"/>
          <w:szCs w:val="24"/>
        </w:rPr>
      </w:pPr>
      <w:r w:rsidRPr="00854114">
        <w:rPr>
          <w:b/>
          <w:sz w:val="24"/>
          <w:szCs w:val="24"/>
        </w:rPr>
        <w:t>4.</w:t>
      </w:r>
      <w:r w:rsidRPr="00854114">
        <w:rPr>
          <w:b/>
          <w:sz w:val="24"/>
          <w:szCs w:val="24"/>
        </w:rPr>
        <w:tab/>
        <w:t>Final check</w:t>
      </w:r>
    </w:p>
    <w:p w14:paraId="099BB92D" w14:textId="77777777" w:rsidR="00D136F8" w:rsidRPr="00854114" w:rsidRDefault="00D136F8" w:rsidP="00D136F8"/>
    <w:tbl>
      <w:tblPr>
        <w:tblStyle w:val="TableGrid"/>
        <w:tblW w:w="6374" w:type="dxa"/>
        <w:tblLook w:val="04A0" w:firstRow="1" w:lastRow="0" w:firstColumn="1" w:lastColumn="0" w:noHBand="0" w:noVBand="1"/>
      </w:tblPr>
      <w:tblGrid>
        <w:gridCol w:w="5382"/>
        <w:gridCol w:w="992"/>
      </w:tblGrid>
      <w:tr w:rsidR="00AA7A32" w14:paraId="1E6103F5" w14:textId="77777777" w:rsidTr="0023007B">
        <w:tc>
          <w:tcPr>
            <w:tcW w:w="5382" w:type="dxa"/>
          </w:tcPr>
          <w:p w14:paraId="2AEAF273" w14:textId="77777777" w:rsidR="00AA7A32" w:rsidRDefault="00AA7A32" w:rsidP="0023007B">
            <w:pPr>
              <w:tabs>
                <w:tab w:val="left" w:pos="567"/>
              </w:tabs>
              <w:spacing w:before="60" w:after="60"/>
            </w:pPr>
            <w:r w:rsidRPr="00B40788">
              <w:t>I completed all sections of the work plan</w:t>
            </w:r>
          </w:p>
        </w:tc>
        <w:tc>
          <w:tcPr>
            <w:tcW w:w="992" w:type="dxa"/>
          </w:tcPr>
          <w:p w14:paraId="1263EBFD" w14:textId="77777777" w:rsidR="00AA7A32" w:rsidRDefault="00AA7A32" w:rsidP="0023007B">
            <w:pPr>
              <w:tabs>
                <w:tab w:val="left" w:pos="567"/>
              </w:tabs>
              <w:spacing w:before="60" w:after="60"/>
              <w:jc w:val="center"/>
            </w:pPr>
          </w:p>
        </w:tc>
      </w:tr>
      <w:tr w:rsidR="00AA7A32" w14:paraId="29F42604" w14:textId="77777777" w:rsidTr="0023007B">
        <w:tc>
          <w:tcPr>
            <w:tcW w:w="5382" w:type="dxa"/>
          </w:tcPr>
          <w:p w14:paraId="0AE18694" w14:textId="77777777" w:rsidR="00AA7A32" w:rsidRDefault="00AA7A32" w:rsidP="0023007B">
            <w:pPr>
              <w:tabs>
                <w:tab w:val="left" w:pos="567"/>
              </w:tabs>
              <w:spacing w:before="60" w:after="60"/>
            </w:pPr>
            <w:r w:rsidRPr="00B40788">
              <w:t>I included the work sample elements indicated in this form</w:t>
            </w:r>
          </w:p>
        </w:tc>
        <w:tc>
          <w:tcPr>
            <w:tcW w:w="992" w:type="dxa"/>
          </w:tcPr>
          <w:p w14:paraId="08F49491" w14:textId="77777777" w:rsidR="00AA7A32" w:rsidRDefault="00AA7A32" w:rsidP="0023007B">
            <w:pPr>
              <w:tabs>
                <w:tab w:val="left" w:pos="567"/>
              </w:tabs>
              <w:spacing w:before="60" w:after="60"/>
              <w:jc w:val="center"/>
            </w:pPr>
          </w:p>
        </w:tc>
      </w:tr>
      <w:tr w:rsidR="00AA7A32" w14:paraId="02FAED85" w14:textId="77777777" w:rsidTr="0023007B">
        <w:tc>
          <w:tcPr>
            <w:tcW w:w="5382" w:type="dxa"/>
          </w:tcPr>
          <w:p w14:paraId="166328CB" w14:textId="0676D4B0" w:rsidR="00AA7A32" w:rsidRDefault="00AA7A32" w:rsidP="0023007B">
            <w:pPr>
              <w:tabs>
                <w:tab w:val="left" w:pos="567"/>
              </w:tabs>
              <w:spacing w:before="60" w:after="60"/>
            </w:pPr>
            <w:r w:rsidRPr="00B40788">
              <w:t xml:space="preserve">I attached </w:t>
            </w:r>
            <w:r w:rsidR="005A2CF0">
              <w:t xml:space="preserve">the </w:t>
            </w:r>
            <w:r w:rsidRPr="00B40788">
              <w:t>Proof of Payment</w:t>
            </w:r>
          </w:p>
        </w:tc>
        <w:tc>
          <w:tcPr>
            <w:tcW w:w="992" w:type="dxa"/>
          </w:tcPr>
          <w:p w14:paraId="7520B634" w14:textId="77777777" w:rsidR="00AA7A32" w:rsidRDefault="00AA7A32" w:rsidP="0023007B">
            <w:pPr>
              <w:tabs>
                <w:tab w:val="left" w:pos="567"/>
              </w:tabs>
              <w:spacing w:before="60" w:after="60"/>
              <w:jc w:val="center"/>
            </w:pPr>
          </w:p>
        </w:tc>
      </w:tr>
      <w:tr w:rsidR="00AA7A32" w14:paraId="4919EFE4" w14:textId="77777777" w:rsidTr="0023007B">
        <w:tc>
          <w:tcPr>
            <w:tcW w:w="5382" w:type="dxa"/>
          </w:tcPr>
          <w:p w14:paraId="6F76A7E8" w14:textId="77777777" w:rsidR="00AA7A32" w:rsidRDefault="00AA7A32" w:rsidP="0023007B">
            <w:pPr>
              <w:tabs>
                <w:tab w:val="left" w:pos="567"/>
              </w:tabs>
              <w:spacing w:before="60" w:after="60"/>
            </w:pPr>
            <w:r w:rsidRPr="00B40788">
              <w:t>I read and signed the Permission and Declaration below</w:t>
            </w:r>
          </w:p>
        </w:tc>
        <w:tc>
          <w:tcPr>
            <w:tcW w:w="992" w:type="dxa"/>
          </w:tcPr>
          <w:p w14:paraId="36147003" w14:textId="77777777" w:rsidR="00AA7A32" w:rsidRDefault="00AA7A32" w:rsidP="0023007B">
            <w:pPr>
              <w:tabs>
                <w:tab w:val="left" w:pos="567"/>
              </w:tabs>
              <w:spacing w:before="60" w:after="60"/>
              <w:jc w:val="center"/>
            </w:pPr>
          </w:p>
        </w:tc>
      </w:tr>
    </w:tbl>
    <w:p w14:paraId="0314DEA4" w14:textId="77777777" w:rsidR="00AA7A32" w:rsidRDefault="00AA7A32" w:rsidP="00AA7A32">
      <w:pPr>
        <w:tabs>
          <w:tab w:val="left" w:pos="567"/>
        </w:tabs>
      </w:pPr>
    </w:p>
    <w:p w14:paraId="52ADE0C4" w14:textId="77777777" w:rsidR="00AA7A32" w:rsidRPr="00B40788" w:rsidRDefault="00AA7A32" w:rsidP="00AA7A32">
      <w:pPr>
        <w:tabs>
          <w:tab w:val="left" w:pos="567"/>
        </w:tabs>
      </w:pPr>
    </w:p>
    <w:p w14:paraId="739498F7" w14:textId="77777777" w:rsidR="00AA7A32" w:rsidRPr="00854114" w:rsidRDefault="00AA7A32" w:rsidP="00AA7A32">
      <w:pPr>
        <w:tabs>
          <w:tab w:val="left" w:pos="567"/>
        </w:tabs>
        <w:rPr>
          <w:b/>
          <w:sz w:val="24"/>
          <w:szCs w:val="24"/>
        </w:rPr>
      </w:pPr>
      <w:r w:rsidRPr="00854114">
        <w:rPr>
          <w:b/>
          <w:sz w:val="24"/>
          <w:szCs w:val="24"/>
        </w:rPr>
        <w:t>5.</w:t>
      </w:r>
      <w:r w:rsidRPr="00854114">
        <w:rPr>
          <w:b/>
          <w:sz w:val="24"/>
          <w:szCs w:val="24"/>
        </w:rPr>
        <w:tab/>
        <w:t>Permission</w:t>
      </w:r>
    </w:p>
    <w:p w14:paraId="26BD43CD" w14:textId="77777777" w:rsidR="00AA7A32" w:rsidRDefault="00AA7A32" w:rsidP="00AA7A32">
      <w:pPr>
        <w:tabs>
          <w:tab w:val="left" w:pos="567"/>
        </w:tabs>
      </w:pP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1347"/>
        <w:gridCol w:w="1347"/>
      </w:tblGrid>
      <w:tr w:rsidR="00AA7A32" w14:paraId="7947BB8F" w14:textId="77777777" w:rsidTr="0023007B">
        <w:tc>
          <w:tcPr>
            <w:tcW w:w="7371" w:type="dxa"/>
            <w:vMerge w:val="restart"/>
            <w:tcBorders>
              <w:right w:val="single" w:sz="4" w:space="0" w:color="auto"/>
            </w:tcBorders>
          </w:tcPr>
          <w:p w14:paraId="45DEE3EB" w14:textId="77777777" w:rsidR="00AA7A32" w:rsidRDefault="00AA7A32" w:rsidP="0023007B">
            <w:pPr>
              <w:tabs>
                <w:tab w:val="left" w:pos="567"/>
              </w:tabs>
            </w:pPr>
            <w:r w:rsidRPr="00B40788">
              <w:t>Do you grant the MACE Board permission to display this entry, should it win an award during MACE events?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7D0D" w14:textId="77777777" w:rsidR="00AA7A32" w:rsidRPr="009B1791" w:rsidRDefault="00AA7A32" w:rsidP="0023007B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 w:rsidRPr="009B1791">
              <w:rPr>
                <w:b/>
                <w:bCs/>
              </w:rPr>
              <w:t>Yes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048F" w14:textId="77777777" w:rsidR="00AA7A32" w:rsidRPr="009B1791" w:rsidRDefault="00AA7A32" w:rsidP="0023007B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 w:rsidRPr="009B1791">
              <w:rPr>
                <w:b/>
                <w:bCs/>
              </w:rPr>
              <w:t>No</w:t>
            </w:r>
          </w:p>
        </w:tc>
      </w:tr>
      <w:tr w:rsidR="00AA7A32" w14:paraId="2916C866" w14:textId="77777777" w:rsidTr="0023007B">
        <w:tc>
          <w:tcPr>
            <w:tcW w:w="7371" w:type="dxa"/>
            <w:vMerge/>
            <w:tcBorders>
              <w:right w:val="single" w:sz="4" w:space="0" w:color="auto"/>
            </w:tcBorders>
          </w:tcPr>
          <w:p w14:paraId="4FF36671" w14:textId="77777777" w:rsidR="00AA7A32" w:rsidRPr="00B40788" w:rsidRDefault="00AA7A32" w:rsidP="0023007B">
            <w:pPr>
              <w:tabs>
                <w:tab w:val="left" w:pos="567"/>
              </w:tabs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E2E1" w14:textId="77777777" w:rsidR="00AA7A32" w:rsidRDefault="00AA7A32" w:rsidP="0023007B">
            <w:pPr>
              <w:tabs>
                <w:tab w:val="left" w:pos="567"/>
              </w:tabs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A5CE" w14:textId="77777777" w:rsidR="00AA7A32" w:rsidRDefault="00AA7A32" w:rsidP="0023007B">
            <w:pPr>
              <w:tabs>
                <w:tab w:val="left" w:pos="567"/>
              </w:tabs>
              <w:jc w:val="center"/>
            </w:pPr>
          </w:p>
        </w:tc>
      </w:tr>
    </w:tbl>
    <w:p w14:paraId="6A12AE92" w14:textId="77777777" w:rsidR="00AA7A32" w:rsidRDefault="00AA7A32" w:rsidP="00AA7A32">
      <w:pPr>
        <w:tabs>
          <w:tab w:val="left" w:pos="567"/>
        </w:tabs>
      </w:pPr>
    </w:p>
    <w:p w14:paraId="69BFF5BF" w14:textId="77777777" w:rsidR="00AA7A32" w:rsidRDefault="00AA7A32" w:rsidP="00AA7A32">
      <w:pPr>
        <w:tabs>
          <w:tab w:val="left" w:pos="567"/>
        </w:tabs>
      </w:pPr>
    </w:p>
    <w:p w14:paraId="04439102" w14:textId="40A8DB65" w:rsidR="00AA7A32" w:rsidRPr="005A2CF0" w:rsidRDefault="00AA7A32" w:rsidP="00AA7A32">
      <w:pPr>
        <w:tabs>
          <w:tab w:val="left" w:pos="567"/>
        </w:tabs>
        <w:rPr>
          <w:sz w:val="18"/>
          <w:szCs w:val="20"/>
        </w:rPr>
      </w:pPr>
      <w:r w:rsidRPr="005A2CF0">
        <w:rPr>
          <w:b/>
          <w:sz w:val="24"/>
          <w:szCs w:val="20"/>
        </w:rPr>
        <w:t>6.</w:t>
      </w:r>
      <w:r w:rsidR="005A2CF0" w:rsidRPr="005A2CF0">
        <w:rPr>
          <w:b/>
          <w:sz w:val="24"/>
          <w:szCs w:val="20"/>
        </w:rPr>
        <w:tab/>
      </w:r>
      <w:r w:rsidRPr="005A2CF0">
        <w:rPr>
          <w:b/>
          <w:sz w:val="24"/>
          <w:szCs w:val="20"/>
        </w:rPr>
        <w:t>Declaration</w:t>
      </w:r>
    </w:p>
    <w:p w14:paraId="2F1EAD6E" w14:textId="77777777" w:rsidR="00AA7A32" w:rsidRDefault="00AA7A32" w:rsidP="00AA7A32">
      <w:pPr>
        <w:tabs>
          <w:tab w:val="left" w:pos="567"/>
        </w:tabs>
      </w:pPr>
    </w:p>
    <w:p w14:paraId="46F0152D" w14:textId="77777777" w:rsidR="00AA7A32" w:rsidRDefault="00AA7A32" w:rsidP="00AA7A32">
      <w:pPr>
        <w:tabs>
          <w:tab w:val="left" w:pos="567"/>
        </w:tabs>
      </w:pPr>
      <w:r w:rsidRPr="00B40788">
        <w:t>I hereby declare that the abovementioned work was primarily done by me within the allocated timeframe and that I have the necessary permission to enter for the MACE Excellence Awards programme.</w:t>
      </w:r>
    </w:p>
    <w:p w14:paraId="03692C61" w14:textId="77777777" w:rsidR="00AA7A32" w:rsidRDefault="00AA7A32" w:rsidP="00AA7A32">
      <w:pPr>
        <w:tabs>
          <w:tab w:val="left" w:pos="567"/>
        </w:tabs>
      </w:pP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072"/>
      </w:tblGrid>
      <w:tr w:rsidR="00AA7A32" w14:paraId="4A7F4704" w14:textId="77777777" w:rsidTr="0023007B">
        <w:tc>
          <w:tcPr>
            <w:tcW w:w="993" w:type="dxa"/>
            <w:tcBorders>
              <w:right w:val="single" w:sz="4" w:space="0" w:color="auto"/>
            </w:tcBorders>
          </w:tcPr>
          <w:p w14:paraId="74D82E39" w14:textId="77777777" w:rsidR="00AA7A32" w:rsidRPr="009B1791" w:rsidRDefault="00AA7A32" w:rsidP="0023007B">
            <w:pPr>
              <w:tabs>
                <w:tab w:val="left" w:pos="567"/>
              </w:tabs>
              <w:spacing w:before="60" w:after="60"/>
              <w:rPr>
                <w:b/>
                <w:bCs/>
              </w:rPr>
            </w:pPr>
            <w:r w:rsidRPr="009B1791">
              <w:rPr>
                <w:b/>
                <w:bCs/>
              </w:rPr>
              <w:t>Name: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2843" w14:textId="77777777" w:rsidR="00AA7A32" w:rsidRDefault="00AA7A32" w:rsidP="0023007B">
            <w:pPr>
              <w:tabs>
                <w:tab w:val="left" w:pos="567"/>
              </w:tabs>
              <w:spacing w:before="60" w:after="60"/>
            </w:pPr>
          </w:p>
        </w:tc>
      </w:tr>
      <w:tr w:rsidR="00AA7A32" w14:paraId="453CE3ED" w14:textId="77777777" w:rsidTr="0023007B">
        <w:tc>
          <w:tcPr>
            <w:tcW w:w="993" w:type="dxa"/>
            <w:tcBorders>
              <w:right w:val="single" w:sz="4" w:space="0" w:color="auto"/>
            </w:tcBorders>
          </w:tcPr>
          <w:p w14:paraId="0FD43288" w14:textId="77777777" w:rsidR="00AA7A32" w:rsidRPr="009B1791" w:rsidRDefault="00AA7A32" w:rsidP="0023007B">
            <w:pPr>
              <w:tabs>
                <w:tab w:val="left" w:pos="567"/>
              </w:tabs>
              <w:spacing w:before="60" w:after="60"/>
              <w:rPr>
                <w:b/>
                <w:bCs/>
              </w:rPr>
            </w:pPr>
            <w:r w:rsidRPr="009B1791">
              <w:rPr>
                <w:b/>
                <w:bCs/>
              </w:rPr>
              <w:t>Date: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4939" w14:textId="77777777" w:rsidR="00AA7A32" w:rsidRDefault="00AA7A32" w:rsidP="0023007B">
            <w:pPr>
              <w:tabs>
                <w:tab w:val="left" w:pos="567"/>
              </w:tabs>
              <w:spacing w:before="60" w:after="60"/>
            </w:pPr>
          </w:p>
        </w:tc>
      </w:tr>
    </w:tbl>
    <w:p w14:paraId="4C00DB3B" w14:textId="77777777" w:rsidR="00AA7A32" w:rsidRDefault="00AA7A32" w:rsidP="00AA7A32">
      <w:pPr>
        <w:tabs>
          <w:tab w:val="left" w:pos="567"/>
        </w:tabs>
      </w:pPr>
    </w:p>
    <w:p w14:paraId="57E741FF" w14:textId="77777777" w:rsidR="00AA7A32" w:rsidRDefault="00AA7A32" w:rsidP="00AA7A32">
      <w:pPr>
        <w:tabs>
          <w:tab w:val="left" w:pos="567"/>
        </w:tabs>
      </w:pPr>
    </w:p>
    <w:p w14:paraId="5C2CD83D" w14:textId="5DDBAC20" w:rsidR="00505897" w:rsidRDefault="00505897" w:rsidP="009B1791">
      <w:pPr>
        <w:tabs>
          <w:tab w:val="left" w:pos="567"/>
        </w:tabs>
        <w:spacing w:after="200"/>
      </w:pPr>
    </w:p>
    <w:sectPr w:rsidR="00505897" w:rsidSect="00505897">
      <w:headerReference w:type="default" r:id="rId8"/>
      <w:footerReference w:type="default" r:id="rId9"/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50B60" w14:textId="77777777" w:rsidR="0096476C" w:rsidRDefault="0096476C">
      <w:r>
        <w:separator/>
      </w:r>
    </w:p>
  </w:endnote>
  <w:endnote w:type="continuationSeparator" w:id="0">
    <w:p w14:paraId="2FDB372C" w14:textId="77777777" w:rsidR="0096476C" w:rsidRDefault="00964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201CA" w14:textId="150F693C" w:rsidR="00433E8D" w:rsidRDefault="00000000">
    <w:pPr>
      <w:pStyle w:val="Footer"/>
      <w:jc w:val="center"/>
    </w:pPr>
    <w:r>
      <w:rPr>
        <w:color w:val="7A8797"/>
        <w:sz w:val="18"/>
      </w:rPr>
      <w:t xml:space="preserve">MACE </w:t>
    </w:r>
    <w:r w:rsidR="00AA7A32">
      <w:rPr>
        <w:color w:val="7A8797"/>
        <w:sz w:val="18"/>
      </w:rPr>
      <w:t>Channel</w:t>
    </w:r>
    <w:r>
      <w:rPr>
        <w:color w:val="7A8797"/>
        <w:sz w:val="18"/>
      </w:rPr>
      <w:t xml:space="preserve"> entry form 202</w:t>
    </w:r>
    <w:r w:rsidR="00505897">
      <w:rPr>
        <w:color w:val="7A8797"/>
        <w:sz w:val="18"/>
      </w:rPr>
      <w:t>6</w:t>
    </w:r>
    <w:r>
      <w:rPr>
        <w:color w:val="7A8797"/>
        <w:sz w:val="18"/>
      </w:rPr>
      <w:t xml:space="preserve"> | Page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8274F" w14:textId="77777777" w:rsidR="0096476C" w:rsidRDefault="0096476C">
      <w:r>
        <w:separator/>
      </w:r>
    </w:p>
  </w:footnote>
  <w:footnote w:type="continuationSeparator" w:id="0">
    <w:p w14:paraId="557D6C25" w14:textId="77777777" w:rsidR="0096476C" w:rsidRDefault="00964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B5795" w14:textId="4831BBA8" w:rsidR="00695F07" w:rsidRDefault="00695F07" w:rsidP="00695F07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F904EF" wp14:editId="14B298F2">
              <wp:simplePos x="0" y="0"/>
              <wp:positionH relativeFrom="column">
                <wp:posOffset>5494655</wp:posOffset>
              </wp:positionH>
              <wp:positionV relativeFrom="paragraph">
                <wp:posOffset>-369736</wp:posOffset>
              </wp:positionV>
              <wp:extent cx="1009816" cy="485030"/>
              <wp:effectExtent l="0" t="0" r="0" b="0"/>
              <wp:wrapNone/>
              <wp:docPr id="96438394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816" cy="4850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AF7D2F" w14:textId="66598F82" w:rsidR="00695F07" w:rsidRDefault="00695F07">
                          <w:r>
                            <w:rPr>
                              <w:noProof/>
                              <w:lang w:eastAsia="en-ZA"/>
                            </w:rPr>
                            <w:drawing>
                              <wp:inline distT="0" distB="0" distL="0" distR="0" wp14:anchorId="14E3697D" wp14:editId="77DA9C08">
                                <wp:extent cx="820420" cy="367674"/>
                                <wp:effectExtent l="0" t="0" r="0" b="0"/>
                                <wp:docPr id="23047888" name="Picture 2304788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Mace-Colour-Description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20420" cy="36767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F904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32.65pt;margin-top:-29.1pt;width:79.5pt;height:3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" filled="f" stroked="f" strokeweight=".5pt">
              <v:textbox>
                <w:txbxContent>
                  <w:p w14:paraId="12AF7D2F" w14:textId="66598F82" w:rsidR="00695F07" w:rsidRDefault="00695F07">
                    <w:r>
                      <w:rPr>
                        <w:noProof/>
                        <w:lang w:eastAsia="en-ZA"/>
                      </w:rPr>
                      <w:drawing>
                        <wp:inline distT="0" distB="0" distL="0" distR="0" wp14:anchorId="14E3697D" wp14:editId="77DA9C08">
                          <wp:extent cx="820420" cy="367674"/>
                          <wp:effectExtent l="0" t="0" r="0" b="0"/>
                          <wp:docPr id="23047888" name="Picture 2304788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Mace-Colour-Description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20420" cy="36767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7421784">
    <w:abstractNumId w:val="8"/>
  </w:num>
  <w:num w:numId="2" w16cid:durableId="942805778">
    <w:abstractNumId w:val="6"/>
  </w:num>
  <w:num w:numId="3" w16cid:durableId="493954082">
    <w:abstractNumId w:val="5"/>
  </w:num>
  <w:num w:numId="4" w16cid:durableId="1721439758">
    <w:abstractNumId w:val="4"/>
  </w:num>
  <w:num w:numId="5" w16cid:durableId="1743798545">
    <w:abstractNumId w:val="7"/>
  </w:num>
  <w:num w:numId="6" w16cid:durableId="2036886392">
    <w:abstractNumId w:val="3"/>
  </w:num>
  <w:num w:numId="7" w16cid:durableId="1632250785">
    <w:abstractNumId w:val="2"/>
  </w:num>
  <w:num w:numId="8" w16cid:durableId="776213541">
    <w:abstractNumId w:val="1"/>
  </w:num>
  <w:num w:numId="9" w16cid:durableId="879324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857"/>
    <w:rsid w:val="00034616"/>
    <w:rsid w:val="00040EE2"/>
    <w:rsid w:val="0006063C"/>
    <w:rsid w:val="00124187"/>
    <w:rsid w:val="0015074B"/>
    <w:rsid w:val="001C73A6"/>
    <w:rsid w:val="0029639D"/>
    <w:rsid w:val="002F6E61"/>
    <w:rsid w:val="00326F90"/>
    <w:rsid w:val="0037056D"/>
    <w:rsid w:val="003B54B6"/>
    <w:rsid w:val="003D0889"/>
    <w:rsid w:val="003D68DF"/>
    <w:rsid w:val="003F6E3C"/>
    <w:rsid w:val="0041009C"/>
    <w:rsid w:val="00433E8D"/>
    <w:rsid w:val="004810EE"/>
    <w:rsid w:val="004A076B"/>
    <w:rsid w:val="004A2074"/>
    <w:rsid w:val="00505897"/>
    <w:rsid w:val="00594304"/>
    <w:rsid w:val="005A2CF0"/>
    <w:rsid w:val="00682939"/>
    <w:rsid w:val="00695F07"/>
    <w:rsid w:val="008D1725"/>
    <w:rsid w:val="0094190C"/>
    <w:rsid w:val="0096476C"/>
    <w:rsid w:val="009B1791"/>
    <w:rsid w:val="00A156AE"/>
    <w:rsid w:val="00A72E53"/>
    <w:rsid w:val="00AA1D8D"/>
    <w:rsid w:val="00AA7A32"/>
    <w:rsid w:val="00B40788"/>
    <w:rsid w:val="00B47730"/>
    <w:rsid w:val="00B858C3"/>
    <w:rsid w:val="00BE6EF9"/>
    <w:rsid w:val="00C133D7"/>
    <w:rsid w:val="00C320C2"/>
    <w:rsid w:val="00C4266F"/>
    <w:rsid w:val="00C432ED"/>
    <w:rsid w:val="00C61F07"/>
    <w:rsid w:val="00CB0664"/>
    <w:rsid w:val="00CC66AB"/>
    <w:rsid w:val="00D136F8"/>
    <w:rsid w:val="00D25675"/>
    <w:rsid w:val="00DE5B7B"/>
    <w:rsid w:val="00EE3772"/>
    <w:rsid w:val="00F80172"/>
    <w:rsid w:val="00FC693F"/>
    <w:rsid w:val="00FC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C0DCF89"/>
  <w14:defaultImageDpi w14:val="300"/>
  <w15:docId w15:val="{A7F3D362-C33C-49EE-B249-D5D11F4B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CF0"/>
    <w:pPr>
      <w:spacing w:after="0" w:line="240" w:lineRule="auto"/>
    </w:pPr>
    <w:rPr>
      <w:rFonts w:ascii="Aptos Narrow" w:eastAsia="Aptos" w:hAnsi="Aptos Narrow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MACE Campaigns Entry Form Template 2025</vt:lpstr>
    </vt:vector>
  </TitlesOfParts>
  <Manager/>
  <Company/>
  <LinksUpToDate>false</LinksUpToDate>
  <CharactersWithSpaces>1762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MACE Campaigns Entry Form Template 2025</dc:title>
  <dc:subject>User-friendly MACE entry form template</dc:subject>
  <dc:creator>OpenAI</dc:creator>
  <cp:keywords/>
  <dc:description>generated by python-docx</dc:description>
  <cp:lastModifiedBy>Mari Steenkamp</cp:lastModifiedBy>
  <cp:revision>15</cp:revision>
  <dcterms:created xsi:type="dcterms:W3CDTF">2026-03-18T11:51:00Z</dcterms:created>
  <dcterms:modified xsi:type="dcterms:W3CDTF">2026-06-19T07:53:00Z</dcterms:modified>
  <cp:category/>
</cp:coreProperties>
</file>